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2023 Procese verbale - 2023 - Jegyzőkönyvek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